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רקע חודש כסלו וסיפור חנוכה במילים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 ולדוגמה אישית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הטקס, התפקידים השונים והאחריות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וכתיבה קצרה דרך קטעי קריאה, מערכון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בשבתות החודש קוראים בתורה פרשות מלאות חלומות.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הנרות מתחילים להידלק רק מכ״ה בכסלו.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דמות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(סולם שראשו מגיע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(אלומות,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(פותר את חלום פרעה)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בדיקה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הנר הראשון מסמל את ערך האומץ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בקטע מספרים שהמכבים היו קבוצה קטנה שהעזה לעמוד על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הכי בודד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קטעי קריאה ושירים – תוכן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נר מופיעה גרסה מנוקדת לצעירים לצד הקטע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– האור לא נגמר, ואפשר להדליק ממנו עוד ועוד בלי שהוא יחסר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קטעי קריאה ושירים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קטעי קריאה ושירים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מערכון הנר שחשב שהוא קטן מדי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מדליקה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מערכון הנר שחשב שהוא קטן מדי – הכרת הדמויות והעלילה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אומרת שמישהו החליט להתחיל במה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מערכון הנר שחשב שהוא קטן מדי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מערכון הנר שחשב שהוא קטן מדי – התאמת דמויות ותכונות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(ביישן וחושש שלא יצליח)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(רגועה, חכמה ומדליקה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(נמרץ, מתבלבל ומדבר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(זוכרת את סיפור פך השמן)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הפקת טקס: תפקידים ולוח זמנים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תפקידם בערכת ההפקה.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ההמלצה היא לקרוא בקול לפחות חמש פעמים לפני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התפקידים – 8 מדליקים ועוד אחד לשמש.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הפקת טקס: תפקידים ולוח זמנים – אחריות כל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(לתאם עם הצוות הטכני את סימני המעבר)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(לסמן בעיפרון נשימות והדגשות בקטע)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(לדעת איזה מתג מפעיל את הנר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הפקת טקס: תפקידים ולוח זמנים – חשיבה והפקה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על כרטיס הערך ולהמשיך בקול רגוע, כי איש בקהל לא יודע מה היה כתוב.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מילון ומשחקים – היכרות עם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הימים הקצרים/לילות ארוכים ואת הרעיון של הוספת 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ערך מדויק מתוך השמונה ודוגמה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לפחות שתי משימות קונקרטיות מתוך כרטיס התפקיד, לא רק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רקע והערכים בשיעור אחד, קטעי קריאה ומערכון בשני, תפקידים והפקה בשלישי, סיכום ומשחקים ברביעי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להשתמש בגרסת העברית הקלה ובמילון התרגום כבסיס למשימות הפרק הראשון והאחרון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קטעי ההדלקה לפני מילוי המשימות הכתובות, כך שהתלמידים יתרגלו גם הטעמה וגם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יצירתית: ניסוח קטע הדלקה חדש לנר תשיעי בערך שהם בוחרים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תעברו פרק אחר פרק על תוכן טקס חנוכה 'אור של יחד' – מסיפור החג ועד ליום ההפקה. בכל פרק יש שאלות קצרות, משימות כתיבה ותרגילי הבנה. אפשר לעבוד לבד או בזוגות, ולחזור לקטעים מהערכה כדי לבדוק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תקווה  ·  שמן  ·  סולם  ·  חלומות  ·  אומץ  ·  קטן  ·  תקווה  ·  יש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כסלו הוא החודש השלישי בלוח העברי כשסופרים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תרבות הגיע שמו של החודש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כסלו וסיפור החג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 נקרא לעיתים גם 'חודש החלומות'.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נרות חנוכה מתחילים להידלק בתחילת חודש כסלו.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בשבתות של חודש כסלו קוראים בתורה פרשות מלאות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יעקב חולם על __________ שראשו מגיע השמיימה.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כסלו וסיפור החג – התאמת דמות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סולם שראשו מגיע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פותר את חלום פרעה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יוסף (כפותר)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אלומות, שמש, ירח וכוכבים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ערכים מחוברים לשמונת נרות החנוכה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ערך מהרשימה הבאה אינו אחד משמונת הערכים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שמונה נרות, שמונה ערכים – בדיקה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הנר הראשון בטקס מסמל את ערך התקווה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המכבים מוזכר בקטע הקריאה של נר האומץ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שמונה נרות, שמונה ערכים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נר ה__________ מספר על כד שמן קטן שהספיק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נר ה__________: כד קטן שהאיר ימים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קטעי קריאה ושירים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קטעי הדלקה מקוריים יש בערכה – קטע אחד לכל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הקטע אומר על הנר הראשון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הכי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הכי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הכי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קטעי קריאה ושירים – תוכן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קטעי הקריאה יש גם גרסה מנוקדת קצרה המיועדת לצעירים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קטע נר הנתינה מסביר שכאשר נר מדליק נר נוסף, האור שלו קטן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קטעי קריאה ושירים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הנר הראשון בחנוכייה קשור לערך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קטע נר התקווה מזכיר כד קטן של __________ שהספיק לשמונה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קטעי קריאה ושירים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מערכון הנר שחשב שהוא קטן מדי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הדמות הראשית במערכון, זו שחוששת שהיא קטנה מדי ולא תצליח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של שמשית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מספרת סיפור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מדליקה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מסתובבת ומתבלבלת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מערכון הנר שחשב שהוא קטן מדי – הכרת הדמויות והעלילה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שבעבר, כשהיה מעט שמן, פשוט התחילו להדליק בלי לחכות לשמן נוסף.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מערכון הנר שחשב שהוא קטן מדי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נרי הוא הנר ה__________ ביותר בקופסה.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פכית, כשהיה מעט שמן במקדש, מישהו אמר: נתחיל במה ש__________.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מערכון הנר שחשב שהוא קטן מדי – התאמת דמויות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רגועה, חכמה ומדליקה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ביישן וחושש שלא יצליח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זוכרת את סיפור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נמרץ, מתבלבל ומדבר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הפקת טקס: תפקידים ולוח זמנים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תפקיד המנחים והמנחות כולל קישור בין חלקי הטקס והזמנת המדליקים בשמם.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קריינים וקריינות צריכים לקרוא את הקטע שלהם בקול רק פעם אחת לפני הטקס.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הבית ספרי יש שמונה מדליקים ומדליק/ה נוסף/ת לשמש.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הפקת טקס: תפקידים ולוח זמנים – אחריות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מנחות ומנחים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לדעת איזה מתג מפעיל את הנר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קריינות וקריינים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לתאם עם הצוות הטכני את סימני המעבר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מדליקות ומדליקים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לסמן בעיפרון נשימות והדגשות בקטע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הפקת טקס: תפקידים ולוח זמנים – חשיבה והפקה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מדליק/ה שוכח/ת את המשפט באמצע הטקס, מה כדאי לעשות לפי הטיפים בערכה?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סיכום, מילון ומשחקים – היכרות עם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נרות LED יש בחנוכייה על הבמה,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כתוב על הלוח בכיתה ברגע ההדלקה?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הערך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במילון בארבע השפות מתורגמת כ-helper candle?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למה חנוכה קשור דווקא לחודש החשוך כסלו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לקשר בין כל אחד משמונת הנרות לערך שלו ולדוגמה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כסליו-חנוכה: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