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רקע חודש כסלו וסיפור חנוכה במילים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 ולדוגמה אישית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הטקס, התפקידים השונים והאחריות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וכתיבה קצרה דרך קטעי קריאה, מערכון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נחמיה וזכריה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בשבתות החודש קוראים בתורה פרשות מלאות חלומות.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הנרות מתחילים להידלק רק מכ״ה בכסלו.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ראש החודש כלל את ל׳ בחשון וא׳ בכסלו.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דמות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(סולם שראשו מגיע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(אלומות,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(פותר את חלום פרעה)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בדיקה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הנר הראשון מסמל את ערך האומץ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בקטע מספרים שהמכבים היו קבוצה קטנה שהעזה לעמוד על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הכי בודד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קטעי קריאה ושירים – תוכן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נר מופיעה גרסה מנוקדת לצעירים לצד הקטע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– האור לא נגמר, ואפשר להדליק ממנו עוד ועוד בלי שהוא יחסר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קטעי קריאה ושירים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קטעי קריאה ושירים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מערכון הנר שחשב שהוא קטן מדי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מדליקה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פכית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מערכון הנר שחשב שהוא קטן מדי – הכרת הדמויות והעלילה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אומרת שמישהו החליט להתחיל במה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מערכון הנר שחשב שהוא קטן מדי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מערכון הנר שחשב שהוא קטן מדי – התאמת דמויות ותכונות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(ביישן וחושש שלא יצליח)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(רגועה, חכמה ומדליקה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(נמרץ, מתבלבל ומדבר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(זוכרת את סיפור פך השמן)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הפקת טקס: תפקידים ולוח זמנים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תפקידם בערכת ההפקה.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ההמלצה היא לקרוא בקול לפחות חמש פעמים לפני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התפקידים – 8 מדליקים ועוד אחד לשמש.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המקהלה שרה ומובילה קריאה קולית, אך לא מדליקה את הנרות.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הטיפים המפורשים לשחקני המערכון.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הפקת טקס: תפקידים ולוח זמנים – אחריות כל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(לתאם עם הצוות הטכני את סימני המעבר)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(לסמן בעיפרון נשימות והדגשות בקטע)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(לדעת איזה מתג מפעיל את הנר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(להכין תלבושת פשוטה עם צוות התפאורה)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(להסתכל על המנצח ועל החברים בשורה כדי לשיר כקול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הפקת טקס: תפקידים ולוח זמנים – חשיבה והפקה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הקטע בקול לפחות חמש פעמים, לסמן נשימות והדגשות בעיפרון, ולבדוק את גובה המיקרופון בחזרה הגנרלית.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שההליכה תהיה בטוחה ומסודרת, וכדי שהטקס יתנהל בזמן בלי עיכובים.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כשבוע לפני – חלוקת תפקידים ותרגול טקסט; כמה ימים לפני – חזרה עם כל הצוותים יחד; יום לפני – חזרה גנרלית עם תאורה וסאונד.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להסתכל על כרטיס הערך ולהמשיך בקול רגוע, כי איש בקהל לא יודע מה היה כתוב.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מילון ומשחקים – היכרות עם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 ענק מקרטון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הימים הקצרים/לילות ארוכים ואת הרעיון של הוספת 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ערך מדויק מתוך השמונה ודוגמה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לפחות שתי משימות קונקרטיות מתוך כרטיס התפקיד, לא רק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רקע והערכים בשיעור אחד, קטעי קריאה ומערכון בשני, תפקידים והפקה בשלישי, סיכום ומשחקים ברביעי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להשתמש בגרסת העברית הקלה ובמילון התרגום כבסיס למשימות הפרק הראשון והאחרון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קטעי ההדלקה לפני מילוי המשימות הכתובות, כך שהתלמידים יתרגלו גם הטעמה וגם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יצירתית: ניסוח קטע הדלקה חדש לנר תשיעי בערך שהם בוחרים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כסליו-חנוכה: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על חג חנוכה ועל הטקס. בכל פרק יש שאלות קצרות. אפשר לעבוד לבד או עם 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תשיעי או שלישי בלוח העברי, חודש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נרות החנוכייה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 קטן של שמן שלפי המסורת הספיק לשמונה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או עיקרון שחשוב לחיות לפיו, כמו אומץ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חיבור ושיתוף בין אנשים כקבוצה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ולקום 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ששרה יחד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הכתוב שמנחה את הטקס מתחילתו ועד סופו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שמחולק לקהל ומפרט את סדר חלקי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קצר ומשעשע שמציגים שחקנים בטקס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ממתי מתחילים לספור כדי שכסלו יהיה החודש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הגיע השם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בתנ״ך מוזכר השם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 ושמות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נחמיה וזכריה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ישעיהו וירמיהו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 ואסתר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נקרא לעיתים גם 'חודש החלומות'.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חנוכה מתחילים להידלק בתחילת חודש כסלו.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תשפ״ז ראש חודש כסלו נמשך 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בשבתות של חודש כסלו קוראים בתורה פרשות מלאות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יעקב חולם על __________ שראשו מגיע השמיימה.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יוסף נקרא בפי אחיו 'בעל ה__________'.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כסלו וסיפור החג – התאמת דמות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אלומות, שמש, ירח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פותר את חלום פרעה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יוסף (כפותר)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שראשו מגיע השמיים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ערכים יש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מופיעה ברשימת הערכים?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בדיקה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בטקס מסמל את ערך התקווה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המכבים מוזכר בקטע הקריאה של נר האומץ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שמונה נרות, שמונה ערכים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 ה__________ מספר על כד שמן קטן שהספיק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 ה__________: כד קטן שהאיר ימים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קטעי קריאה ושירים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קטעים יש, אחד לכל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מתארים את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הכי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הכי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הכי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הכי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קטעי קריאה ושירים – תוכן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קטעי הקריאה יש גם גרסה מנוקדת קצרה המיועדת לצעירים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נר הנתינה מסביר שכאשר נר מדליק נר נוסף, האור שלו קטן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קטעי קריאה ושירים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הראשון בחנוכייה קשור לערך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קטע נר התקווה מזכיר כד קטן של __________ שהספיק לשמונה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קטעי קריאה ושירים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אחדות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מערכון הנר שחשב שהוא קטן מדי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הנר שפוחד שהוא קטן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שמשית עושה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מספרת סיפור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מדליקה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מסתובבת ומתבלבלת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קריאה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מספרת על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מערכון הנר שחשב שהוא קטן מדי – הכרת הדמויות והעלילה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שבעבר, כשהיה מעט שמן, פשוט התחילו להדליק בלי לחכות לשמן נוסף.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מערכון הנר שחשב שהוא קטן מדי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נרי הוא הנר ה__________ ביותר בקופסה.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פכית, כשהיה מעט שמן במקדש, מישהו אמר: נתחיל במה ש__________.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מערכון הנר שחשב שהוא קטן מדי – התאמת דמויות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רגועה, חכמה ומדליקה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זוכרת את סיפור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ביישן וחושש שלא יצליח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נמרץ, מתבלבל ומדבר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הפקת טקס: תפקידים ולוח זמנים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המנחים והמנחות כולל קישור בין חלקי הטקס והזמנת המדליקים בשמם.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קריינים וקריינות צריכים לקרוא את הקטע שלהם בקול רק פעם אחת לפני הטקס.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הבית ספרי יש שמונה מדליקים ומדליק/ה נוסף/ת לשמש.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המקהלה הוא להדליק בעצמה את שמונת הנרות.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 ושחקניות המערכון צריכים לדבר אל הקהל ולא אל הרצפה.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הפקת טקס: תפקידים ולוח זמנים – אחריות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מנחות ומנחים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לדעת איזה מתג מפעיל את הנר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קריינות וקריינים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להסתכל על המנצח ועל החברים בשורה כדי לשיר כקול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מדליקות ומדליקים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להכין תלבושת פשוטה עם צוות התפאורה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שחקני ושחקניות המערכון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לתאם עם הצוות הטכני את סימני המעבר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לסמן בעיפרון נשימות והדגשות בקטע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הפקת טקס: תפקידים ולוח זמנים – חשיבה והפקה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דברים שעל קריין/ית להכין לפני 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סיבות לכך שחשוב לתרגל את ההליכה של המדליקים לפני 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בנו לוח זמנים בסיסי לשבוע האחרון לפני הטקס – כתבו שלוש משימות הכנה לפי 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מדליק/ה שוכח/ת את המשפט באמצע הטקס, מה כדאי לעשות לפי הטיפים בערכה?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סיכום, מילון ומשחקים – היכרות עם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נרות יש בחנוכייה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רושמים על הלוח ברגע ההדלקה?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נר נקרא גם 'עוזר'?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עומד בקדמת הבמה בטקס היסודי?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מסך הקרנה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 ענק מקרטון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דוכן קריינות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דקות אורך רגע ההדלקה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למה חנוכה קשור דווקא לחודש החשוך כסלו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לקשר בין כל אחד משמונת הנרות לערך שלו ולדוגמה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את תפקידו של לפחות שלושה תפקידים בהפקת הטקס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כסליו-חנוכה: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