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טקס כסליו-חנוכה: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רקע חודש כסלו וסיפור חנוכה במילים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שמונת הנרות לשמונה ערכים ולדוגמה אישית מחיי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הטקס, התפקידים השונים והאחריות של כל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הבעה בעל פה וכתיבה קצרה דרך קטעי קריאה, מערכון ומשחקים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כסלו וסיפור החג – היכרות עם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נחמיה וזכריה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כסלו וסיפור החג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בשבתות החודש קוראים בתורה פרשות מלאות חלומות.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הנרות מתחילים להידלק רק מכ״ה בכסלו.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ראש החודש כלל את ל׳ בחשון וא׳ בכסלו.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כסלו וסיפור החג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כסלו וסיפור החג – התאמת דמות לחלום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(סולם שראשו מגיע 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(אלומות, שמש, ירח וכוכבים)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(פרות ושיבולים)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(פותר את חלום פרעה)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שמונה נרות, שמונה ערכים – זיהוי הערכים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שמונה נרות, שמונה ערכים – בדיקה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הנר הראשון מסמל את ערך האומץ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בקטע מספרים שהמכבים היו קבוצה קטנה שהעזה לעמוד על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שמונה נרות, שמונה ערכים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שמונה נרות, שמונה ערכים – התאמת נר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(אחדות)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(חוסן)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(ענווה)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קטעי קריאה ושירים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הכי בודד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קטעי קריאה ושירים – תוכן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נר מופיעה גרסה מנוקדת לצעירים לצד הקטע המלא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 – האור לא נגמר, ואפשר להדליק ממנו עוד ועוד בלי שהוא יחסר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קטעי קריאה ושירים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קטעי קריאה ושירים – התאמת נר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(אחדות)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(חוסן)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(ענווה)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מערכון הנר שחשב שהוא קטן מדי – הכרת הדמויות והעלילה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מדליקה את שאר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פכית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מערכון הנר שחשב שהוא קטן מדי – הכרת הדמויות והעלילה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סביבוני נמרץ, מתבלבל ומדבר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אומרת שמישהו החליט להתחיל במה שיש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מערכון הנר שחשב שהוא קטן מדי – הבנת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מערכון הנר שחשב שהוא קטן מדי – התאמת דמויות ותכונות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(ביישן וחושש שלא יצליח)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(רגועה, חכמה ומדליקה את 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(נמרץ, מתבלבל ומדבר מהר)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(זוכרת את סיפור פך השמן)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הפקת טקס: תפקידים ולוח זמנים – זיהוי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תפקידם בערכת ההפקה.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ההמלצה היא לקרוא בקול לפחות חמש פעמים לפני הטקס.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בתיאור התפקידים – 8 מדליקים ועוד אחד לשמש.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המקהלה שרה ומובילה קריאה קולית, אך לא מדליקה את הנרות.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אחד הטיפים המפורשים לשחקני המערכון.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הפקת טקס: תפקידים ולוח זמנים – אחריות כל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(לתאם עם הצוות הטכני את סימני המעבר)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(לסמן בעיפרון נשימות והדגשות בקטע)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(לדעת איזה מתג מפעיל את הנר שלהם)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(להכין תלבושת פשוטה עם צוות התפאורה)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(להסתכל על המנצח ועל החברים בשורה כדי לשיר כקול אחד)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הפקת טקס: תפקידים ולוח זמנים – חשיבה והפקה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הקטע בקול לפחות חמש פעמים, לסמן נשימות והדגשות בעיפרון, ולבדוק את גובה המיקרופון בחזרה הגנרלית.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שההליכה תהיה בטוחה ומסודרת, וכדי שהטקס יתנהל בזמן בלי עיכובים.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כשבוע לפני – חלוקת תפקידים ותרגול טקסט; כמה ימים לפני – חזרה עם כל הצוותים יחד; יום לפני – חזרה גנרלית עם תאורה וסאונד.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להסתכל על כרטיס הערך ולהמשיך בקול רגוע, כי איש בקהל לא יודע מה היה כתוב.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סיכום, מילון ומשחקים – היכרות עם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הערך של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סביבון ענק מקרטון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הימים הקצרים/לילות ארוכים ואת הרעיון של הוספת אור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שם ערך מדויק מתוך השמונה ודוגמה אישית קונקרטית ולא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מתארת לפחות שתי משימות קונקרטיות מתוך כרטיס התפקיד, לא רק שם התפקיד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3-4 שיעורים: רקע והערכים בשיעור אחד, קטעי קריאה ומערכון בשני, תפקידים והפקה בשלישי, סיכום ומשחקים ברביעי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אפשר להשתמש בגרסת העברית הקלה ובמילון התרגום כבסיס למשימות הפרק הראשון והאחרון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קריאה בקול רם של קטעי ההדלקה לפני מילוי המשימות הכתובות, כך שהתלמידים יתרגלו גם הטעמה וגם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משימת כתיבה יצירתית: ניסוח קטע הדלקה חדש לנר תשיעי בערך שהם בוחרים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טקס כסליו-חנוכה: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תעברו פרק אחר פרק על תוכן טקס חנוכה 'אור של יחד' – מסיפור החג ועד ליום ההפקה. בכל פרק יש שאלות קצרות, משימות כתיבה ותרגילי הבנה. אפשר לעבוד לבד או בזוגות, ולחזור לקטעים מהערכה כדי לבדוק תשובות.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כסלו וסיפור החג – היכרות עם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כסלו הוא החודש השלישי בלוח העברי כשסופרים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מאיזו תרבות הגיע שמו של החודש כסלו?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באילו שני ספרים בתנ״ך מופיע השם כסלו?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בראשית ושמות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נחמיה וזכריה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ישעיהו וירמיהו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רות ואסתר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כסלו וסיפור החג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כסלו נקרא לעיתים גם 'חודש החלומות'.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נרות חנוכה מתחילים להידלק בתחילת חודש כסלו.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בשנת תשפ״ז ראש חודש כסלו נמשך יומיים.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כסלו וסיפור החג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בשבתות של חודש כסלו קוראים בתורה פרשות מלאות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יעקב חולם על __________ שראשו מגיע השמיימה.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יוסף נקרא בפי אחיו 'בעל ה__________'.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כסלו וסיפור החג – התאמת דמות לחלום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יעקב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אלומות, שמש, ירח וכוכבים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פותר את חלום פרעה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סולם שראשו מגיע 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יוסף (כפותר)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פרות ושיבולים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שמונה נרות, שמונה ערכים – זיהוי הערכים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ערכים מחוברים לשמונת נרות החנוכה בטקס?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ערך מהרשימה הבאה אינו אחד משמונת הערכים בטקס?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חוסן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שמונה נרות, שמונה ערכים – בדיקה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הראשון בטקס מסמל את ערך התקווה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המכבים מוזכר בקטע הקריאה של נר האומץ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שמונה נרות, שמונה ערכים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נר ה__________ מספר על כד שמן קטן שהספיק לשמונה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נר ה__________: כד קטן שהאיר ימים רבים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שמונה נרות, שמונה ערכים – התאמת נר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ענווה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נר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נר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נר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נתינה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נר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אחדות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קטעי קריאה ושירים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קטעי הדלקה מקוריים יש בערכה – קטע אחד לכל נר?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הקטע אומר על הנר הראשון בחנוכייה?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הכי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הכי 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הכי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הכי מהיר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קטעי קריאה ושירים – תוכן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קטעי הקריאה יש גם גרסה מנוקדת קצרה המיועדת לצעירים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נר הנתינה מסביר שכאשר נר מדליק נר נוסף, האור שלו קטן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קטעי קריאה ושירים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הנר הראשון בחנוכייה קשור לערך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קטע נר התקווה מזכיר כד קטן של __________ שהספיק לשמונה ימים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קטעי קריאה ושירים – התאמת נר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ענווה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נר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נר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נתינה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נר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נר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תקווה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מערכון הנר שחשב שהוא קטן מדי – הכרת הדמויות והעלילה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הדמות הראשית במערכון, זו שחוששת שהיא קטנה מדי ולא תצליח להאיר?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סביבוני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תפקידה של שמשית במערכון?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מספרת סיפור מהעבר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מדליקה את שאר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מסתובבת ומתבלבלת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קוראת קריאה במקהלה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הדמות שמכירה את סיפור פך השמן מהמקדש כי היא עצמה היתה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מערכון הנר שחשב שהוא קטן מדי – הכרת הדמויות והעלילה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סביבוני הוא דמות רגועה שמדברת לאט ובשקט.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פכית מספרת שבעבר, כשהיה מעט שמן, פשוט התחילו להדליק בלי לחכות לשמן נוסף.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מערכון הנר שחשב שהוא קטן מדי – הבנת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נרי הוא הנר ה__________ ביותר בקופסה.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פכית, כשהיה מעט שמן במקדש, מישהו אמר: נתחיל במה ש__________.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מערכון הנר שחשב שהוא קטן מדי – התאמת דמויות ותכונות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נמרץ, מתבלבל ומדבר מהר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זוכרת את סיפור פך השמן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סביבוני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ביישן וחושש שלא יצליח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פכית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רגועה, חכמה ומדליקה את כולם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הפקת טקס: תפקידים ולוח זמנים – זיהוי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המנחים והמנחות כולל קישור בין חלקי הטקס והזמנת המדליקים בשמם.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קריינים וקריינות צריכים לקרוא את הקטע שלהם בקול רק פעם אחת לפני הטקס.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 הבית ספרי יש שמונה מדליקים ומדליק/ה נוסף/ת לשמש.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המקהלה הוא להדליק בעצמה את שמונת הנרות.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שחקני ושחקניות המערכון צריכים לדבר אל הקהל ולא אל הרצפה.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הפקת טקס: תפקידים ולוח זמנים – אחריות כל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מנחות ומנחים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לסמן בעיפרון נשימות והדגשות בקטע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קריינות וקריינים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להכין תלבושת פשוטה עם צוות התפאורה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מדליקות ומדליקים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להסתכל על המנצח ועל החברים בשורה כדי לשיר כקול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שחקני ושחקניות המערכון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לדעת איזה מתג מפעיל את הנר שלהם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לתאם עם הצוות הטכני את סימני המעבר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הפקת טקס: תפקידים ולוח זמנים – חשיבה והפקה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שלושה דברים שעל קריין/ית להכין לפני הטקס.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שתי סיבות לכך שחשוב לתרגל את ההליכה של המדליקים לפני הטקס.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בנו לוח זמנים בסיסי לשבוע האחרון לפני הטקס – כתבו שלוש משימות הכנה לפי סדר.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אם מדליק/ה שוכח/ת את המשפט באמצע הטקס, מה כדאי לעשות לפי הטיפים בערכה?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סיכום, מילון ומשחקים – היכרות עם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נרות LED יש בחנוכייה על הבמה, כולל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כתוב על הלוח בכיתה ברגע ההדלקה?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הערך של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תאריך 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מילות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במילון בארבע השפות מתורגמת כ-helper candle?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נמצא בקדמת הבמה בטקס ליסודי?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מסך הקרנה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סביבון ענק מקרטון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דוכן קריינות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דקות אורך רגע ההדלקה בשיעור חינוך?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להסביר למה חנוכה קשור דווקא לחודש החשוך כסלו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לקשר בין כל אחד משמונת הנרות לערך שלו ולדוגמה אישית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מבין/ה את תפקידו של לפחות שלושה תפקידים בהפקת הטקס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טקס כסליו-חנוכה: אור של יחד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